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77" w:rsidRPr="000237F2" w:rsidRDefault="001A57D4">
      <w:pPr>
        <w:pStyle w:val="Titolo1"/>
        <w:rPr>
          <w:lang w:val="it-IT"/>
        </w:rPr>
      </w:pPr>
      <w:bookmarkStart w:id="0" w:name="_GoBack"/>
      <w:bookmarkEnd w:id="0"/>
      <w:r w:rsidRPr="000237F2">
        <w:rPr>
          <w:lang w:val="it-IT"/>
        </w:rPr>
        <w:t>Modulo di Segnalazione – Episodio di Bullismo/Cyberbullismo</w:t>
      </w:r>
    </w:p>
    <w:tbl>
      <w:tblPr>
        <w:tblStyle w:val="Grigliatabella"/>
        <w:tblW w:w="10632" w:type="dxa"/>
        <w:tblInd w:w="-856" w:type="dxa"/>
        <w:tblLook w:val="04A0" w:firstRow="1" w:lastRow="0" w:firstColumn="1" w:lastColumn="0" w:noHBand="0" w:noVBand="1"/>
      </w:tblPr>
      <w:tblGrid>
        <w:gridCol w:w="2694"/>
        <w:gridCol w:w="2835"/>
        <w:gridCol w:w="5103"/>
      </w:tblGrid>
      <w:tr w:rsidR="00A50A77" w:rsidRPr="0009168D" w:rsidTr="00C82536">
        <w:tc>
          <w:tcPr>
            <w:tcW w:w="2694" w:type="dxa"/>
          </w:tcPr>
          <w:p w:rsidR="00A50A77" w:rsidRDefault="001A57D4">
            <w:r>
              <w:t>Sezione</w:t>
            </w:r>
          </w:p>
        </w:tc>
        <w:tc>
          <w:tcPr>
            <w:tcW w:w="2835" w:type="dxa"/>
          </w:tcPr>
          <w:p w:rsidR="00A50A77" w:rsidRDefault="001A57D4">
            <w:r>
              <w:t>Campo</w:t>
            </w:r>
          </w:p>
        </w:tc>
        <w:tc>
          <w:tcPr>
            <w:tcW w:w="5103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Spazio di compilazione / Opzioni da spuntare</w:t>
            </w:r>
          </w:p>
        </w:tc>
      </w:tr>
      <w:tr w:rsidR="00A50A77" w:rsidTr="00C82536">
        <w:tc>
          <w:tcPr>
            <w:tcW w:w="2694" w:type="dxa"/>
          </w:tcPr>
          <w:p w:rsidR="00A50A77" w:rsidRDefault="001A57D4">
            <w:r>
              <w:t>1. Dati del Segnalante</w:t>
            </w:r>
          </w:p>
        </w:tc>
        <w:tc>
          <w:tcPr>
            <w:tcW w:w="2835" w:type="dxa"/>
          </w:tcPr>
          <w:p w:rsidR="00A50A77" w:rsidRDefault="001A57D4">
            <w:r>
              <w:t>Nome e cognome (facoltativo)</w:t>
            </w:r>
          </w:p>
        </w:tc>
        <w:tc>
          <w:tcPr>
            <w:tcW w:w="5103" w:type="dxa"/>
          </w:tcPr>
          <w:p w:rsidR="000237F2" w:rsidRDefault="000237F2"/>
          <w:p w:rsidR="00A50A77" w:rsidRDefault="001A57D4">
            <w:r>
              <w:t>____________________________________________</w:t>
            </w:r>
          </w:p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Ruolo</w:t>
            </w:r>
          </w:p>
        </w:tc>
        <w:tc>
          <w:tcPr>
            <w:tcW w:w="5103" w:type="dxa"/>
          </w:tcPr>
          <w:p w:rsidR="00A50A77" w:rsidRDefault="001A57D4">
            <w:r>
              <w:t>☐ Studente ☐ Genitore ☐ Docente ☐ Altro: _____________</w:t>
            </w:r>
          </w:p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Recapito (se fornito)</w:t>
            </w:r>
          </w:p>
        </w:tc>
        <w:tc>
          <w:tcPr>
            <w:tcW w:w="5103" w:type="dxa"/>
          </w:tcPr>
          <w:p w:rsidR="00A50A77" w:rsidRDefault="001A57D4">
            <w:r>
              <w:t>____________________________________________</w:t>
            </w:r>
          </w:p>
        </w:tc>
      </w:tr>
      <w:tr w:rsidR="00A50A77" w:rsidRPr="0009168D" w:rsidTr="00C82536">
        <w:tc>
          <w:tcPr>
            <w:tcW w:w="2694" w:type="dxa"/>
          </w:tcPr>
          <w:p w:rsidR="00A50A77" w:rsidRDefault="001A57D4">
            <w:r>
              <w:t>2. Modalità della segnalazione</w:t>
            </w:r>
          </w:p>
        </w:tc>
        <w:tc>
          <w:tcPr>
            <w:tcW w:w="2835" w:type="dxa"/>
          </w:tcPr>
          <w:p w:rsidR="00A50A77" w:rsidRDefault="001A57D4">
            <w:r>
              <w:t>Tipo di segnalazione</w:t>
            </w:r>
          </w:p>
        </w:tc>
        <w:tc>
          <w:tcPr>
            <w:tcW w:w="5103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☐ Orale ☐ Scritta ☐ E-mail ☐ Altro: ______________</w:t>
            </w:r>
          </w:p>
        </w:tc>
      </w:tr>
      <w:tr w:rsidR="00A50A77" w:rsidTr="00C82536">
        <w:tc>
          <w:tcPr>
            <w:tcW w:w="2694" w:type="dxa"/>
          </w:tcPr>
          <w:p w:rsidR="00A50A77" w:rsidRPr="000237F2" w:rsidRDefault="00A50A77">
            <w:pPr>
              <w:rPr>
                <w:lang w:val="it-IT"/>
              </w:rPr>
            </w:pPr>
          </w:p>
        </w:tc>
        <w:tc>
          <w:tcPr>
            <w:tcW w:w="2835" w:type="dxa"/>
          </w:tcPr>
          <w:p w:rsidR="00A50A77" w:rsidRDefault="001A57D4">
            <w:r>
              <w:t>Data della segnalazione</w:t>
            </w:r>
          </w:p>
        </w:tc>
        <w:tc>
          <w:tcPr>
            <w:tcW w:w="5103" w:type="dxa"/>
          </w:tcPr>
          <w:p w:rsidR="00A50A77" w:rsidRDefault="001A57D4">
            <w:r>
              <w:t>____ / ____ / _______</w:t>
            </w:r>
          </w:p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Ora della segnalazione</w:t>
            </w:r>
          </w:p>
        </w:tc>
        <w:tc>
          <w:tcPr>
            <w:tcW w:w="5103" w:type="dxa"/>
          </w:tcPr>
          <w:p w:rsidR="00A50A77" w:rsidRDefault="001A57D4">
            <w:r>
              <w:t>_______:_______</w:t>
            </w:r>
          </w:p>
        </w:tc>
      </w:tr>
      <w:tr w:rsidR="00A50A77" w:rsidTr="00C82536">
        <w:tc>
          <w:tcPr>
            <w:tcW w:w="2694" w:type="dxa"/>
          </w:tcPr>
          <w:p w:rsidR="00A50A77" w:rsidRDefault="001A57D4">
            <w:r>
              <w:t>3. Dati dell’episodio</w:t>
            </w:r>
          </w:p>
        </w:tc>
        <w:tc>
          <w:tcPr>
            <w:tcW w:w="2835" w:type="dxa"/>
          </w:tcPr>
          <w:p w:rsidR="00A50A77" w:rsidRDefault="001A57D4">
            <w:r>
              <w:t>Data presunto episodio</w:t>
            </w:r>
          </w:p>
        </w:tc>
        <w:tc>
          <w:tcPr>
            <w:tcW w:w="5103" w:type="dxa"/>
          </w:tcPr>
          <w:p w:rsidR="00A50A77" w:rsidRDefault="001A57D4">
            <w:r>
              <w:t>____ / ____ / _______</w:t>
            </w:r>
          </w:p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Luogo dell’episodio</w:t>
            </w:r>
          </w:p>
        </w:tc>
        <w:tc>
          <w:tcPr>
            <w:tcW w:w="5103" w:type="dxa"/>
          </w:tcPr>
          <w:p w:rsidR="00A50A77" w:rsidRDefault="00A50A77"/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Tipo di episodio</w:t>
            </w:r>
          </w:p>
        </w:tc>
        <w:tc>
          <w:tcPr>
            <w:tcW w:w="5103" w:type="dxa"/>
          </w:tcPr>
          <w:p w:rsidR="00A50A77" w:rsidRDefault="001A57D4">
            <w:r>
              <w:t>☐ Bullismo ☐ Cyberbullismo ☐ Non chiaro</w:t>
            </w:r>
          </w:p>
        </w:tc>
      </w:tr>
      <w:tr w:rsidR="00A50A77" w:rsidRPr="0009168D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Mezzo usato (in caso di cyberbullismo)</w:t>
            </w:r>
          </w:p>
        </w:tc>
        <w:tc>
          <w:tcPr>
            <w:tcW w:w="5103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☐ Social media ☐ WhatsApp ☐ E-mail ☐ Altro: ________</w:t>
            </w:r>
          </w:p>
        </w:tc>
      </w:tr>
      <w:tr w:rsidR="00A50A77" w:rsidTr="00C82536">
        <w:tc>
          <w:tcPr>
            <w:tcW w:w="2694" w:type="dxa"/>
          </w:tcPr>
          <w:p w:rsidR="00A50A77" w:rsidRDefault="001A57D4">
            <w:r>
              <w:t>4. Coinvolti nell’episodio</w:t>
            </w:r>
          </w:p>
        </w:tc>
        <w:tc>
          <w:tcPr>
            <w:tcW w:w="2835" w:type="dxa"/>
          </w:tcPr>
          <w:p w:rsidR="00A50A77" w:rsidRDefault="001A57D4">
            <w:r>
              <w:t>Presunta vittima</w:t>
            </w:r>
          </w:p>
        </w:tc>
        <w:tc>
          <w:tcPr>
            <w:tcW w:w="5103" w:type="dxa"/>
          </w:tcPr>
          <w:p w:rsidR="00A50A77" w:rsidRDefault="00A50A77"/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Presunto autore</w:t>
            </w:r>
          </w:p>
        </w:tc>
        <w:tc>
          <w:tcPr>
            <w:tcW w:w="5103" w:type="dxa"/>
          </w:tcPr>
          <w:p w:rsidR="00A50A77" w:rsidRDefault="00A50A77"/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Eventuali testimoni</w:t>
            </w:r>
          </w:p>
        </w:tc>
        <w:tc>
          <w:tcPr>
            <w:tcW w:w="5103" w:type="dxa"/>
          </w:tcPr>
          <w:p w:rsidR="00A50A77" w:rsidRDefault="00A50A77"/>
        </w:tc>
      </w:tr>
      <w:tr w:rsidR="00A50A77" w:rsidRPr="0009168D" w:rsidTr="00C82536">
        <w:tc>
          <w:tcPr>
            <w:tcW w:w="2694" w:type="dxa"/>
          </w:tcPr>
          <w:p w:rsidR="00A50A77" w:rsidRDefault="001A57D4">
            <w:r>
              <w:t>5. Descrizione dettagliata dell’episodio</w:t>
            </w:r>
          </w:p>
        </w:tc>
        <w:tc>
          <w:tcPr>
            <w:tcW w:w="2835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(Riportare quanto dichiarato dal segnalante. Allegare eventuali prove, screenshot, ecc.)</w:t>
            </w:r>
          </w:p>
        </w:tc>
        <w:tc>
          <w:tcPr>
            <w:tcW w:w="5103" w:type="dxa"/>
          </w:tcPr>
          <w:p w:rsidR="000237F2" w:rsidRPr="00C82536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br/>
            </w:r>
            <w:r w:rsidRPr="000237F2">
              <w:rPr>
                <w:lang w:val="it-IT"/>
              </w:rPr>
              <w:br/>
            </w:r>
          </w:p>
          <w:p w:rsidR="000237F2" w:rsidRPr="00C82536" w:rsidRDefault="000237F2">
            <w:pPr>
              <w:rPr>
                <w:lang w:val="it-IT"/>
              </w:rPr>
            </w:pPr>
          </w:p>
          <w:p w:rsidR="000237F2" w:rsidRPr="00C82536" w:rsidRDefault="000237F2">
            <w:pPr>
              <w:rPr>
                <w:lang w:val="it-IT"/>
              </w:rPr>
            </w:pPr>
          </w:p>
          <w:p w:rsidR="000237F2" w:rsidRPr="00C82536" w:rsidRDefault="000237F2">
            <w:pPr>
              <w:rPr>
                <w:lang w:val="it-IT"/>
              </w:rPr>
            </w:pPr>
          </w:p>
          <w:p w:rsidR="00A50A77" w:rsidRPr="00C82536" w:rsidRDefault="001A57D4">
            <w:pPr>
              <w:rPr>
                <w:lang w:val="it-IT"/>
              </w:rPr>
            </w:pPr>
            <w:r w:rsidRPr="00C82536">
              <w:rPr>
                <w:lang w:val="it-IT"/>
              </w:rPr>
              <w:br/>
            </w:r>
          </w:p>
        </w:tc>
      </w:tr>
      <w:tr w:rsidR="00A50A77" w:rsidRPr="0009168D" w:rsidTr="00C82536">
        <w:tc>
          <w:tcPr>
            <w:tcW w:w="2694" w:type="dxa"/>
          </w:tcPr>
          <w:p w:rsidR="00A50A77" w:rsidRDefault="001A57D4">
            <w:r>
              <w:t>6. Urgenza e rischi</w:t>
            </w:r>
          </w:p>
        </w:tc>
        <w:tc>
          <w:tcPr>
            <w:tcW w:w="2835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La situazione appare urgente o pericolosa?</w:t>
            </w:r>
          </w:p>
        </w:tc>
        <w:tc>
          <w:tcPr>
            <w:tcW w:w="5103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☐ Sì (segnalare subito alla Dirigenza) ☐ No</w:t>
            </w:r>
          </w:p>
        </w:tc>
      </w:tr>
      <w:tr w:rsidR="00A50A77" w:rsidTr="00C82536">
        <w:tc>
          <w:tcPr>
            <w:tcW w:w="2694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7. Firma di chi compila la segnalazione</w:t>
            </w:r>
          </w:p>
        </w:tc>
        <w:tc>
          <w:tcPr>
            <w:tcW w:w="2835" w:type="dxa"/>
          </w:tcPr>
          <w:p w:rsidR="00A50A77" w:rsidRDefault="001A57D4">
            <w:r>
              <w:t>Nome e cognome</w:t>
            </w:r>
          </w:p>
        </w:tc>
        <w:tc>
          <w:tcPr>
            <w:tcW w:w="5103" w:type="dxa"/>
          </w:tcPr>
          <w:p w:rsidR="00A50A77" w:rsidRDefault="00A50A77"/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Qualifica</w:t>
            </w:r>
          </w:p>
        </w:tc>
        <w:tc>
          <w:tcPr>
            <w:tcW w:w="5103" w:type="dxa"/>
          </w:tcPr>
          <w:p w:rsidR="00A50A77" w:rsidRDefault="001A57D4">
            <w:r>
              <w:t>☐ Docente ☐ ATA ☐ Altro: __________________________</w:t>
            </w:r>
          </w:p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Default="001A57D4">
            <w:r>
              <w:t>Firma</w:t>
            </w:r>
          </w:p>
        </w:tc>
        <w:tc>
          <w:tcPr>
            <w:tcW w:w="5103" w:type="dxa"/>
          </w:tcPr>
          <w:p w:rsidR="00A50A77" w:rsidRDefault="001A57D4">
            <w:r>
              <w:t>________________________  Data: ____ / ____ / _______</w:t>
            </w:r>
          </w:p>
        </w:tc>
      </w:tr>
      <w:tr w:rsidR="00A50A77" w:rsidTr="00C82536">
        <w:tc>
          <w:tcPr>
            <w:tcW w:w="2694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8. Trasmissione al Referente/Team Anti-Bullismo</w:t>
            </w:r>
          </w:p>
        </w:tc>
        <w:tc>
          <w:tcPr>
            <w:tcW w:w="2835" w:type="dxa"/>
          </w:tcPr>
          <w:p w:rsidR="00A50A77" w:rsidRDefault="001A57D4">
            <w:r>
              <w:t>Data trasmissione</w:t>
            </w:r>
          </w:p>
        </w:tc>
        <w:tc>
          <w:tcPr>
            <w:tcW w:w="5103" w:type="dxa"/>
          </w:tcPr>
          <w:p w:rsidR="00A50A77" w:rsidRDefault="001A57D4">
            <w:r>
              <w:t>____ / ____ / _______</w:t>
            </w:r>
          </w:p>
        </w:tc>
      </w:tr>
      <w:tr w:rsidR="00A50A77" w:rsidTr="00C82536">
        <w:tc>
          <w:tcPr>
            <w:tcW w:w="2694" w:type="dxa"/>
          </w:tcPr>
          <w:p w:rsidR="00A50A77" w:rsidRDefault="00A50A77"/>
        </w:tc>
        <w:tc>
          <w:tcPr>
            <w:tcW w:w="2835" w:type="dxa"/>
          </w:tcPr>
          <w:p w:rsidR="00A50A77" w:rsidRPr="000237F2" w:rsidRDefault="001A57D4">
            <w:pPr>
              <w:rPr>
                <w:lang w:val="it-IT"/>
              </w:rPr>
            </w:pPr>
            <w:r w:rsidRPr="000237F2">
              <w:rPr>
                <w:lang w:val="it-IT"/>
              </w:rPr>
              <w:t>A chi è stata trasmessa la segnalazione</w:t>
            </w:r>
          </w:p>
        </w:tc>
        <w:tc>
          <w:tcPr>
            <w:tcW w:w="5103" w:type="dxa"/>
          </w:tcPr>
          <w:p w:rsidR="00A50A77" w:rsidRDefault="001A57D4">
            <w:r>
              <w:t>____________________________________________</w:t>
            </w:r>
          </w:p>
        </w:tc>
      </w:tr>
    </w:tbl>
    <w:p w:rsidR="001A57D4" w:rsidRDefault="001A57D4" w:rsidP="00C82536"/>
    <w:p w:rsidR="0009168D" w:rsidRDefault="0009168D" w:rsidP="00C82536"/>
    <w:p w:rsidR="0009168D" w:rsidRDefault="0009168D" w:rsidP="00C82536"/>
    <w:p w:rsidR="0009168D" w:rsidRDefault="0009168D" w:rsidP="00C82536"/>
    <w:p w:rsidR="0009168D" w:rsidRPr="0009168D" w:rsidRDefault="0009168D" w:rsidP="00091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lastRenderedPageBreak/>
        <w:t>Comportamento da tenere da parte del personale scolastico in caso di segnalazione di bullismo o cyberbullismo</w:t>
      </w:r>
    </w:p>
    <w:p w:rsidR="0009168D" w:rsidRPr="0009168D" w:rsidRDefault="0009168D" w:rsidP="00091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Il personale scolastico che riceve una segnalazione relativa a episodi di bullismo o cyberbullismo è tenuto a:</w:t>
      </w:r>
    </w:p>
    <w:p w:rsidR="0009168D" w:rsidRPr="0009168D" w:rsidRDefault="0009168D" w:rsidP="000916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Ascolto attento e empatico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br/>
        <w:t>Accogliere la segnalazione con attenzione e sensibilità, dimostrando empatia verso il segnalante.</w:t>
      </w:r>
    </w:p>
    <w:p w:rsidR="0009168D" w:rsidRPr="0009168D" w:rsidRDefault="0009168D" w:rsidP="000916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Rassicurazione del segnalante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br/>
        <w:t>Rassicurare chi effettua la segnalazione, lodandone il coraggio nel parlare e mostrando disponibilità all’ascolto.</w:t>
      </w:r>
    </w:p>
    <w:p w:rsidR="0009168D" w:rsidRPr="0009168D" w:rsidRDefault="0009168D" w:rsidP="000916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Valutazione rispettosa della segnalazione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br/>
        <w:t>Evitare in ogni modo di minimizzare, sminuire o giudicare l’accaduto.</w:t>
      </w:r>
    </w:p>
    <w:p w:rsidR="0009168D" w:rsidRPr="0009168D" w:rsidRDefault="0009168D" w:rsidP="000916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Documentazione della segnalazione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br/>
        <w:t xml:space="preserve">Redigere una documentazione dettagliata dell’episodio,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compilando il modello predisposto dal team antibullismo 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riportando:</w:t>
      </w:r>
    </w:p>
    <w:p w:rsidR="0009168D" w:rsidRPr="0009168D" w:rsidRDefault="0009168D" w:rsidP="0009168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Data e ora della segnalazione</w:t>
      </w:r>
    </w:p>
    <w:p w:rsidR="0009168D" w:rsidRPr="0009168D" w:rsidRDefault="0009168D" w:rsidP="0009168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Luogo dell’evento</w:t>
      </w:r>
    </w:p>
    <w:p w:rsidR="0009168D" w:rsidRPr="0009168D" w:rsidRDefault="0009168D" w:rsidP="0009168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Nomi dei presunti coinvolti (vittima/e, autore/i, eventuali testimoni)</w:t>
      </w:r>
    </w:p>
    <w:p w:rsidR="0009168D" w:rsidRPr="0009168D" w:rsidRDefault="0009168D" w:rsidP="0009168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Descrizione accurata dell’episodio</w:t>
      </w:r>
    </w:p>
    <w:p w:rsidR="0009168D" w:rsidRPr="0009168D" w:rsidRDefault="0009168D" w:rsidP="0009168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Modalità con cui è avvenuta la segnalazione (orale, scritta, ecc.)</w:t>
      </w:r>
    </w:p>
    <w:p w:rsidR="0009168D" w:rsidRPr="0009168D" w:rsidRDefault="0009168D" w:rsidP="0009168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Dati di contatto del segnalante (se forniti).</w:t>
      </w:r>
    </w:p>
    <w:p w:rsidR="0009168D" w:rsidRPr="0009168D" w:rsidRDefault="0009168D" w:rsidP="000916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Comunicazione tempestiva al Referente o Team Anti-Bullismo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br/>
        <w:t>Trasmettere la segnalazione completa entro </w:t>
      </w: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24/48 ore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 xml:space="preserve"> 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al Referente per il Bullismo o al Team Anti-Bullismo dell’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I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stituto.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br/>
        <w:t>In caso di situazioni urgenti o potenzialmente pericolose per l’incolumità degli studenti, è necessario </w:t>
      </w: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informare immediatamente la Dirigenza Scolastica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>.</w:t>
      </w:r>
    </w:p>
    <w:p w:rsidR="0009168D" w:rsidRPr="0009168D" w:rsidRDefault="0009168D" w:rsidP="000916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Tutela della riservatezza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br/>
        <w:t>Garantire la massima riservatezza nella gestione delle informazioni, nel pieno rispetto della normativa sulla privacy e condividendole solo con il personale scolastico strettamente coinvolto nella gestione del caso.</w:t>
      </w:r>
    </w:p>
    <w:p w:rsidR="0009168D" w:rsidRPr="0009168D" w:rsidRDefault="0009168D" w:rsidP="000916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</w:pPr>
      <w:r w:rsidRPr="000916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it-IT"/>
        </w:rPr>
        <w:t>Non avviare iniziative autonome</w:t>
      </w:r>
      <w:r w:rsidRPr="0009168D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br/>
        <w:t>Astenersi da qualunque azione investigativa autonoma: la gestione della situazione compete esclusivamente al Team Anti-Bullismo o alle figure scolastiche designate.</w:t>
      </w:r>
    </w:p>
    <w:p w:rsidR="0009168D" w:rsidRPr="0009168D" w:rsidRDefault="0009168D" w:rsidP="00C82536">
      <w:pPr>
        <w:rPr>
          <w:lang w:val="it-IT"/>
        </w:rPr>
      </w:pPr>
    </w:p>
    <w:p w:rsidR="0009168D" w:rsidRPr="0009168D" w:rsidRDefault="0009168D" w:rsidP="00C82536">
      <w:pPr>
        <w:rPr>
          <w:lang w:val="it-IT"/>
        </w:rPr>
      </w:pPr>
    </w:p>
    <w:sectPr w:rsidR="0009168D" w:rsidRPr="000916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2C1" w:rsidRDefault="001F62C1" w:rsidP="00C82536">
      <w:pPr>
        <w:spacing w:after="0" w:line="240" w:lineRule="auto"/>
      </w:pPr>
      <w:r>
        <w:separator/>
      </w:r>
    </w:p>
  </w:endnote>
  <w:endnote w:type="continuationSeparator" w:id="0">
    <w:p w:rsidR="001F62C1" w:rsidRDefault="001F62C1" w:rsidP="00C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2C1" w:rsidRDefault="001F62C1" w:rsidP="00C82536">
      <w:pPr>
        <w:spacing w:after="0" w:line="240" w:lineRule="auto"/>
      </w:pPr>
      <w:r>
        <w:separator/>
      </w:r>
    </w:p>
  </w:footnote>
  <w:footnote w:type="continuationSeparator" w:id="0">
    <w:p w:rsidR="001F62C1" w:rsidRDefault="001F62C1" w:rsidP="00C82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B500FF"/>
    <w:multiLevelType w:val="multilevel"/>
    <w:tmpl w:val="D95AD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37F2"/>
    <w:rsid w:val="00034616"/>
    <w:rsid w:val="0006063C"/>
    <w:rsid w:val="0009168D"/>
    <w:rsid w:val="0015074B"/>
    <w:rsid w:val="001A57D4"/>
    <w:rsid w:val="001F62C1"/>
    <w:rsid w:val="0029639D"/>
    <w:rsid w:val="00326F90"/>
    <w:rsid w:val="005D3445"/>
    <w:rsid w:val="006544F6"/>
    <w:rsid w:val="00A50A77"/>
    <w:rsid w:val="00AA1D8D"/>
    <w:rsid w:val="00B47730"/>
    <w:rsid w:val="00C82536"/>
    <w:rsid w:val="00CB0664"/>
    <w:rsid w:val="00F95F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4D97EB1-A55D-3240-905C-A2991391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Carpredefinitoparagrafo"/>
    <w:rsid w:val="00091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1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DDA668-3013-4112-874F-7B2D393B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IC ROMANO</cp:lastModifiedBy>
  <cp:revision>2</cp:revision>
  <dcterms:created xsi:type="dcterms:W3CDTF">2025-05-16T08:33:00Z</dcterms:created>
  <dcterms:modified xsi:type="dcterms:W3CDTF">2025-05-16T08:33:00Z</dcterms:modified>
  <cp:category/>
</cp:coreProperties>
</file>